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5B6168"/>
          <w:sz w:val="18"/>
        </w:rPr>
        <w:t>[Kongre adı] · [Tarih ve yer]</w:t>
      </w:r>
    </w:p>
    <w:p>
      <w:pPr>
        <w:spacing w:before="0" w:after="280"/>
      </w:pPr>
      <w:r>
        <w:rPr>
          <w:b w:val="0"/>
          <w:color w:val="5B6168"/>
          <w:sz w:val="18"/>
        </w:rPr>
        <w:t>Köşeli parantez içindeki açıklamaları kendi bilgilerinizle değiştirin; biçimlere dokunmayın. Gri yazılı açıklamaları göndermeden önce silin.</w:t>
      </w:r>
    </w:p>
    <w:p>
      <w:pPr>
        <w:pStyle w:val="Title"/>
        <w:spacing w:before="0" w:after="200"/>
        <w:jc w:val="center"/>
      </w:pPr>
      <w:r>
        <w:rPr>
          <w:b w:val="0"/>
          <w:color w:val="5B6168"/>
        </w:rPr>
        <w:t>[Bildirinin başlığı: yalnız ilk harf ve özel adlar büyük]</w:t>
      </w:r>
    </w:p>
    <w:p>
      <w:pPr>
        <w:spacing w:before="0" w:after="80"/>
        <w:jc w:val="center"/>
      </w:pPr>
      <w:r>
        <w:rPr>
          <w:b w:val="0"/>
        </w:rPr>
        <w:t>[Ad SOYAD]¹, [Ad SOYAD]²</w:t>
      </w:r>
    </w:p>
    <w:p>
      <w:pPr>
        <w:spacing w:before="0" w:after="40"/>
        <w:jc w:val="center"/>
      </w:pPr>
      <w:r>
        <w:rPr>
          <w:b w:val="0"/>
          <w:sz w:val="18"/>
        </w:rPr>
        <w:t>¹ [Kurumun tam adı, birim, şehir, ülke] · ORCID: [0000-0000-0000-0000] · [e-posta]</w:t>
      </w:r>
    </w:p>
    <w:p>
      <w:pPr>
        <w:spacing w:before="0" w:after="40"/>
        <w:jc w:val="center"/>
      </w:pPr>
      <w:r>
        <w:rPr>
          <w:b w:val="0"/>
          <w:sz w:val="18"/>
        </w:rPr>
        <w:t>² [Kurumun tam adı, birim, şehir, ülke] · ORCID: [0000-0000-0000-0000] · [e-posta]</w:t>
      </w:r>
    </w:p>
    <w:p>
      <w:pPr>
        <w:spacing w:before="0" w:after="280"/>
        <w:jc w:val="center"/>
      </w:pPr>
      <w:r>
        <w:rPr>
          <w:b w:val="0"/>
          <w:sz w:val="18"/>
        </w:rPr>
        <w:t>Sorumlu yazar: [Ad SOYAD], [e-posta]</w:t>
      </w:r>
    </w:p>
    <w:p>
      <w:pPr>
        <w:spacing w:before="0" w:after="40"/>
      </w:pPr>
      <w:r>
        <w:rPr>
          <w:b/>
        </w:rPr>
        <w:t>Öz</w:t>
      </w:r>
    </w:p>
    <w:p>
      <w:pPr>
        <w:spacing w:before="0" w:after="120"/>
      </w:pPr>
      <w:r>
        <w:rPr>
          <w:b w:val="0"/>
          <w:color w:val="5B6168"/>
          <w:sz w:val="20"/>
        </w:rPr>
        <w:t>[150–250 kelime. Amaç, yöntem, bulgular ve sonuç tek paragrafta. Kaynak gösterilmez.]</w:t>
      </w:r>
    </w:p>
    <w:p>
      <w:pPr>
        <w:spacing w:before="0" w:after="200"/>
      </w:pPr>
      <w:r>
        <w:rPr>
          <w:b w:val="0"/>
          <w:sz w:val="20"/>
        </w:rPr>
        <w:t>Anahtar kelimeler: [3–5 kelime, noktalı virgülle ayrılır]</w:t>
      </w:r>
    </w:p>
    <w:p>
      <w:pPr>
        <w:spacing w:before="0" w:after="40"/>
      </w:pPr>
      <w:r>
        <w:rPr>
          <w:b/>
        </w:rPr>
        <w:t>Abstract</w:t>
      </w:r>
    </w:p>
    <w:p>
      <w:pPr>
        <w:spacing w:before="0" w:after="120"/>
      </w:pPr>
      <w:r>
        <w:rPr>
          <w:b w:val="0"/>
          <w:color w:val="5B6168"/>
          <w:sz w:val="20"/>
        </w:rPr>
        <w:t>[Özün İngilizcesi.]</w:t>
      </w:r>
    </w:p>
    <w:p>
      <w:pPr>
        <w:spacing w:before="0" w:after="240"/>
      </w:pPr>
      <w:r>
        <w:rPr>
          <w:b w:val="0"/>
          <w:sz w:val="20"/>
        </w:rPr>
        <w:t>Keywords: [3–5 keywords]</w:t>
      </w:r>
    </w:p>
    <w:p>
      <w:pPr>
        <w:pStyle w:val="Heading1"/>
      </w:pPr>
      <w:r>
        <w:t>1. Giriş</w:t>
      </w:r>
    </w:p>
    <w:p>
      <w:pPr>
        <w:spacing w:before="0" w:after="120"/>
      </w:pPr>
      <w:r>
        <w:rPr>
          <w:b w:val="0"/>
          <w:color w:val="5B6168"/>
        </w:rPr>
        <w:t>[Metin. Ana başlıklar numaralı, alt başlıklar 1.1, 1.2 biçiminde.]</w:t>
      </w:r>
    </w:p>
    <w:p>
      <w:pPr>
        <w:pStyle w:val="Heading1"/>
      </w:pPr>
      <w:r>
        <w:t>2. Yöntem</w:t>
      </w:r>
    </w:p>
    <w:p>
      <w:pPr>
        <w:spacing w:before="0" w:after="120"/>
      </w:pPr>
      <w:r>
        <w:rPr>
          <w:b w:val="0"/>
          <w:color w:val="5B6168"/>
        </w:rPr>
        <w:t>[Metin.]</w:t>
      </w:r>
    </w:p>
    <w:p>
      <w:pPr>
        <w:pStyle w:val="Heading1"/>
      </w:pPr>
      <w:r>
        <w:t>3. Bulgular</w:t>
      </w:r>
    </w:p>
    <w:p>
      <w:pPr>
        <w:spacing w:before="0" w:after="120"/>
      </w:pPr>
      <w:r>
        <w:rPr>
          <w:b w:val="0"/>
          <w:color w:val="5B6168"/>
        </w:rPr>
        <w:t>[Tablo ve şekiller metinde ilk anıldıkları yere yakın konur.]</w:t>
      </w:r>
    </w:p>
    <w:p>
      <w:pPr>
        <w:spacing w:before="120" w:after="40"/>
      </w:pPr>
      <w:r>
        <w:rPr>
          <w:b w:val="0"/>
          <w:sz w:val="20"/>
        </w:rPr>
        <w:t>Tablo 1. [Tablo başlığı tablonun üstüne yazılır]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[Sütun]</w:t>
            </w:r>
          </w:p>
        </w:tc>
        <w:tc>
          <w:tcPr>
            <w:tcW w:type="dxa" w:w="3024"/>
          </w:tcPr>
          <w:p>
            <w:r>
              <w:t>[Sütun]</w:t>
            </w:r>
          </w:p>
        </w:tc>
        <w:tc>
          <w:tcPr>
            <w:tcW w:type="dxa" w:w="3024"/>
          </w:tcPr>
          <w:p>
            <w:r>
              <w:t>[Sütun]</w:t>
            </w:r>
          </w:p>
        </w:tc>
      </w:tr>
      <w:tr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</w:tbl>
    <w:p>
      <w:pPr>
        <w:spacing w:before="200" w:after="120"/>
      </w:pPr>
      <w:r>
        <w:rPr>
          <w:b w:val="0"/>
          <w:sz w:val="20"/>
        </w:rPr>
        <w:t>Şekil 1. [Şekil yazısı şeklin altına yazılır; görsel en az 300 dpi]</w:t>
      </w:r>
    </w:p>
    <w:p>
      <w:pPr>
        <w:pStyle w:val="Heading1"/>
      </w:pPr>
      <w:r>
        <w:t>4. Sonuç</w:t>
      </w:r>
    </w:p>
    <w:p>
      <w:pPr>
        <w:spacing w:before="0" w:after="120"/>
      </w:pPr>
      <w:r>
        <w:rPr>
          <w:b w:val="0"/>
          <w:color w:val="5B6168"/>
        </w:rPr>
        <w:t>[Metin.]</w:t>
      </w:r>
    </w:p>
    <w:p>
      <w:pPr>
        <w:pStyle w:val="Heading1"/>
      </w:pPr>
      <w:r>
        <w:t>Beyanlar</w:t>
      </w:r>
    </w:p>
    <w:p>
      <w:pPr>
        <w:spacing w:before="0" w:after="120"/>
      </w:pPr>
      <w:r>
        <w:rPr>
          <w:b w:val="0"/>
          <w:color w:val="5B6168"/>
        </w:rPr>
        <w:t>[Etik kurul izni, çıkar çatışması, fon desteği ve yapay zekâ kullanımı beyanları.]</w:t>
      </w:r>
    </w:p>
    <w:p>
      <w:pPr>
        <w:pStyle w:val="Heading1"/>
      </w:pPr>
      <w:r>
        <w:t>Kaynakça</w:t>
      </w:r>
    </w:p>
    <w:p>
      <w:pPr>
        <w:spacing w:before="0" w:after="120"/>
        <w:ind w:left="567" w:hanging="567"/>
      </w:pPr>
      <w:r>
        <w:rPr>
          <w:b w:val="0"/>
          <w:color w:val="5B6168"/>
          <w:sz w:val="20"/>
        </w:rPr>
        <w:t>[Kongrenin istediği tek bir kaynak gösterme biçimi kullanılır; örnek APA 7:]</w:t>
      </w:r>
    </w:p>
    <w:p>
      <w:pPr>
        <w:spacing w:before="0" w:after="120"/>
        <w:ind w:left="567" w:hanging="567"/>
      </w:pPr>
      <w:r>
        <w:rPr>
          <w:b w:val="0"/>
          <w:sz w:val="20"/>
        </w:rPr>
        <w:t>Soyad, A. B., &amp; Soyad, C. (2024). Makalenin başlığı. Dergi Adı, 12(3), 45–67. https://doi.org/10.xxxx/xxxxx</w:t>
      </w:r>
    </w:p>
    <w:p>
      <w:pPr>
        <w:spacing w:before="0" w:after="120"/>
        <w:ind w:left="567" w:hanging="567"/>
      </w:pPr>
      <w:r>
        <w:rPr>
          <w:b w:val="0"/>
          <w:color w:val="5B6168"/>
          <w:sz w:val="20"/>
        </w:rPr>
        <w:t>[DOI'si olan her kaynağa DOI eklenir.]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Bildiri şablonu</dc:title>
  <dc:subject/>
  <dc:creator>Silsile Press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