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5B6168"/>
          <w:sz w:val="18"/>
        </w:rPr>
        <w:t>[Conference name] · [Dates and venue]</w:t>
      </w:r>
    </w:p>
    <w:p>
      <w:pPr>
        <w:spacing w:before="0" w:after="280"/>
      </w:pPr>
      <w:r>
        <w:rPr>
          <w:b w:val="0"/>
          <w:color w:val="5B6168"/>
          <w:sz w:val="18"/>
        </w:rPr>
        <w:t>Replace the text in square brackets with your own details; do not change the styles. Delete the grey instructions before sending.</w:t>
      </w:r>
    </w:p>
    <w:p>
      <w:pPr>
        <w:pStyle w:val="Title"/>
        <w:spacing w:before="0" w:after="200"/>
        <w:jc w:val="center"/>
      </w:pPr>
      <w:r>
        <w:rPr>
          <w:b w:val="0"/>
          <w:color w:val="5B6168"/>
        </w:rPr>
        <w:t>[Title of the paper: sentence case]</w:t>
      </w:r>
    </w:p>
    <w:p>
      <w:pPr>
        <w:spacing w:before="0" w:after="80"/>
        <w:jc w:val="center"/>
      </w:pPr>
      <w:r>
        <w:rPr>
          <w:b w:val="0"/>
        </w:rPr>
        <w:t>[First name SURNAME]¹, [First name SURNAME]²</w:t>
      </w:r>
    </w:p>
    <w:p>
      <w:pPr>
        <w:spacing w:before="0" w:after="40"/>
        <w:jc w:val="center"/>
      </w:pPr>
      <w:r>
        <w:rPr>
          <w:b w:val="0"/>
          <w:sz w:val="18"/>
        </w:rPr>
        <w:t>¹ [Full name of institution, department, city, country] · ORCID: [0000-0000-0000-0000] · [email]</w:t>
      </w:r>
    </w:p>
    <w:p>
      <w:pPr>
        <w:spacing w:before="0" w:after="40"/>
        <w:jc w:val="center"/>
      </w:pPr>
      <w:r>
        <w:rPr>
          <w:b w:val="0"/>
          <w:sz w:val="18"/>
        </w:rPr>
        <w:t>² [Full name of institution, department, city, country] · ORCID: [0000-0000-0000-0000] · [email]</w:t>
      </w:r>
    </w:p>
    <w:p>
      <w:pPr>
        <w:spacing w:before="0" w:after="280"/>
        <w:jc w:val="center"/>
      </w:pPr>
      <w:r>
        <w:rPr>
          <w:b w:val="0"/>
          <w:sz w:val="18"/>
        </w:rPr>
        <w:t>Corresponding author: [Name SURNAME], [email]</w:t>
      </w:r>
    </w:p>
    <w:p>
      <w:pPr>
        <w:spacing w:before="0" w:after="40"/>
      </w:pPr>
      <w:r>
        <w:rPr>
          <w:b/>
        </w:rPr>
        <w:t>Abstract</w:t>
      </w:r>
    </w:p>
    <w:p>
      <w:pPr>
        <w:spacing w:before="0" w:after="120"/>
      </w:pPr>
      <w:r>
        <w:rPr>
          <w:b w:val="0"/>
          <w:color w:val="5B6168"/>
          <w:sz w:val="20"/>
        </w:rPr>
        <w:t>[150–250 words. Aim, method, findings and conclusion in one paragraph. No citations.]</w:t>
      </w:r>
    </w:p>
    <w:p>
      <w:pPr>
        <w:spacing w:before="0" w:after="200"/>
      </w:pPr>
      <w:r>
        <w:rPr>
          <w:b w:val="0"/>
          <w:sz w:val="20"/>
        </w:rPr>
        <w:t>Keywords: [3–5 keywords separated by semicolons]</w:t>
      </w:r>
    </w:p>
    <w:p>
      <w:pPr>
        <w:pStyle w:val="Heading1"/>
      </w:pPr>
      <w:r>
        <w:t>1. Introduction</w:t>
      </w:r>
    </w:p>
    <w:p>
      <w:pPr>
        <w:spacing w:before="0" w:after="120"/>
      </w:pPr>
      <w:r>
        <w:rPr>
          <w:b w:val="0"/>
          <w:color w:val="5B6168"/>
        </w:rPr>
        <w:t>[Text. Main headings are numbered; subheadings as 1.1, 1.2.]</w:t>
      </w:r>
    </w:p>
    <w:p>
      <w:pPr>
        <w:pStyle w:val="Heading1"/>
      </w:pPr>
      <w:r>
        <w:t>2. Method</w:t>
      </w:r>
    </w:p>
    <w:p>
      <w:pPr>
        <w:spacing w:before="0" w:after="120"/>
      </w:pPr>
      <w:r>
        <w:rPr>
          <w:b w:val="0"/>
          <w:color w:val="5B6168"/>
        </w:rPr>
        <w:t>[Text.]</w:t>
      </w:r>
    </w:p>
    <w:p>
      <w:pPr>
        <w:pStyle w:val="Heading1"/>
      </w:pPr>
      <w:r>
        <w:t>3. Findings</w:t>
      </w:r>
    </w:p>
    <w:p>
      <w:pPr>
        <w:spacing w:before="0" w:after="120"/>
      </w:pPr>
      <w:r>
        <w:rPr>
          <w:b w:val="0"/>
          <w:color w:val="5B6168"/>
        </w:rPr>
        <w:t>[Place tables and figures close to where they are first mentioned.]</w:t>
      </w:r>
    </w:p>
    <w:p>
      <w:pPr>
        <w:spacing w:before="120" w:after="40"/>
      </w:pPr>
      <w:r>
        <w:rPr>
          <w:b w:val="0"/>
          <w:sz w:val="20"/>
        </w:rPr>
        <w:t>Table 1. [Table title above the table]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[Column]</w:t>
            </w:r>
          </w:p>
        </w:tc>
        <w:tc>
          <w:tcPr>
            <w:tcW w:type="dxa" w:w="3024"/>
          </w:tcPr>
          <w:p>
            <w:r>
              <w:t>[Column]</w:t>
            </w:r>
          </w:p>
        </w:tc>
        <w:tc>
          <w:tcPr>
            <w:tcW w:type="dxa" w:w="3024"/>
          </w:tcPr>
          <w:p>
            <w:r>
              <w:t>[Column]</w:t>
            </w:r>
          </w:p>
        </w:tc>
      </w:tr>
      <w:tr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</w:tbl>
    <w:p>
      <w:pPr>
        <w:spacing w:before="200" w:after="120"/>
      </w:pPr>
      <w:r>
        <w:rPr>
          <w:b w:val="0"/>
          <w:sz w:val="20"/>
        </w:rPr>
        <w:t>Figure 1. [Figure caption below the figure; images at least 300 dpi]</w:t>
      </w:r>
    </w:p>
    <w:p>
      <w:pPr>
        <w:pStyle w:val="Heading1"/>
      </w:pPr>
      <w:r>
        <w:t>4. Conclusion</w:t>
      </w:r>
    </w:p>
    <w:p>
      <w:pPr>
        <w:spacing w:before="0" w:after="120"/>
      </w:pPr>
      <w:r>
        <w:rPr>
          <w:b w:val="0"/>
          <w:color w:val="5B6168"/>
        </w:rPr>
        <w:t>[Text.]</w:t>
      </w:r>
    </w:p>
    <w:p>
      <w:pPr>
        <w:pStyle w:val="Heading1"/>
      </w:pPr>
      <w:r>
        <w:t>Declarations</w:t>
      </w:r>
    </w:p>
    <w:p>
      <w:pPr>
        <w:spacing w:before="0" w:after="120"/>
      </w:pPr>
      <w:r>
        <w:rPr>
          <w:b w:val="0"/>
          <w:color w:val="5B6168"/>
        </w:rPr>
        <w:t>[Ethics approval, conflicts of interest, funding and use of AI tools.]</w:t>
      </w:r>
    </w:p>
    <w:p>
      <w:pPr>
        <w:pStyle w:val="Heading1"/>
      </w:pPr>
      <w:r>
        <w:t>References</w:t>
      </w:r>
    </w:p>
    <w:p>
      <w:pPr>
        <w:spacing w:before="0" w:after="120"/>
        <w:ind w:left="567" w:hanging="567"/>
      </w:pPr>
      <w:r>
        <w:rPr>
          <w:b w:val="0"/>
          <w:color w:val="5B6168"/>
          <w:sz w:val="20"/>
        </w:rPr>
        <w:t>[Use the single citation style required by the conference; APA 7 example:]</w:t>
      </w:r>
    </w:p>
    <w:p>
      <w:pPr>
        <w:spacing w:before="0" w:after="120"/>
        <w:ind w:left="567" w:hanging="567"/>
      </w:pPr>
      <w:r>
        <w:rPr>
          <w:b w:val="0"/>
          <w:sz w:val="20"/>
        </w:rPr>
        <w:t>Surname, A. B., &amp; Surname, C. (2024). Title of the article. Journal Name, 12(3), 45–67. https://doi.org/10.xxxx/xxxxx</w:t>
      </w:r>
    </w:p>
    <w:p>
      <w:pPr>
        <w:spacing w:before="0" w:after="120"/>
        <w:ind w:left="567" w:hanging="567"/>
      </w:pPr>
      <w:r>
        <w:rPr>
          <w:b w:val="0"/>
          <w:color w:val="5B6168"/>
          <w:sz w:val="20"/>
        </w:rPr>
        <w:t>[Add the DOI for every source that has one.]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paper template</dc:title>
  <dc:subject/>
  <dc:creator>Silsile Press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